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Rain Made Me Think</w:t>
      </w:r>
    </w:p>
    <w:p>
      <w:r>
        <w:t>I think I’ve always had a soft corner for rain.</w:t>
      </w:r>
    </w:p>
    <w:p>
      <w:r>
        <w:t>There’s something about sitting by the window and watching the sky pour its heart out that feels strangely comforting. As if the sky is allowed to feel everything without having to explain itself, and somehow, on rainy days, we are allowed to do the same.</w:t>
      </w:r>
    </w:p>
    <w:p>
      <w:r>
        <w:t>Rain makes me nostalgic.</w:t>
      </w:r>
    </w:p>
    <w:p>
      <w:r>
        <w:t>It reminds me of slow afternoons, hot chai, messy hair, long conversations, old songs, and people I’ve loved at different stages of my life. It brings back little moments I didn’t realise I had stored somewhere in my heart.</w:t>
      </w:r>
    </w:p>
    <w:p>
      <w:r>
        <w:t>Maybe that’s what I love most about it.</w:t>
      </w:r>
    </w:p>
    <w:p>
      <w:r>
        <w:t>Rain doesn’t ask us to be happy.</w:t>
      </w:r>
    </w:p>
    <w:p>
      <w:r>
        <w:t>It doesn't ask us to be productive, dressed up, or constantly moving. It simply falls. And for a little while, the world slows down with it.</w:t>
      </w:r>
    </w:p>
    <w:p>
      <w:r>
        <w:t>There is something beautiful about that.</w:t>
      </w:r>
    </w:p>
    <w:p>
      <w:r>
        <w:t>Because life can get so loud. There are always things to do, places to be, expectations to meet, and a hundred thoughts running through our minds.</w:t>
      </w:r>
    </w:p>
    <w:p>
      <w:r>
        <w:t>And then it rains.</w:t>
      </w:r>
    </w:p>
    <w:p>
      <w:r>
        <w:t>And suddenly, none of it feels quite as urgent.</w:t>
      </w:r>
    </w:p>
    <w:p>
      <w:r>
        <w:t>You sit quietly. You look outside. You breathe a little deeper.</w:t>
      </w:r>
    </w:p>
    <w:p>
      <w:r>
        <w:t>Maybe rain reminds us that it’s okay to pause.</w:t>
      </w:r>
    </w:p>
    <w:p>
      <w:r>
        <w:t>It’s okay to have days when we don't have everything figured out. It’s okay to feel a little lost, a little tired, a little emotional.</w:t>
      </w:r>
    </w:p>
    <w:p>
      <w:r>
        <w:t>The rain does.</w:t>
      </w:r>
    </w:p>
    <w:p>
      <w:r>
        <w:t>And somehow, we still call it beautiful.</w:t>
      </w:r>
    </w:p>
    <w:p>
      <w:r>
        <w:t>Maybe we should be a little kinder to ourselves too.</w:t>
      </w:r>
    </w:p>
    <w:p>
      <w:r>
        <w:t>Because not every season of our life is meant to be sunshine.</w:t>
      </w:r>
    </w:p>
    <w:p>
      <w:r>
        <w:t>Some seasons are grey. Some are messy. Some bring storms we never expected.</w:t>
      </w:r>
    </w:p>
    <w:p>
      <w:r>
        <w:t>But eventually, the rain stops.</w:t>
      </w:r>
    </w:p>
    <w:p>
      <w:r>
        <w:t>The roads shine. The leaves look greener. The air feels fresher.</w:t>
      </w:r>
    </w:p>
    <w:p>
      <w:r>
        <w:t>And we realise that the storm didn't ruin everything.</w:t>
      </w:r>
    </w:p>
    <w:p>
      <w:r>
        <w:t>It simply passed through.</w:t>
      </w:r>
    </w:p>
    <w:p>
      <w:r>
        <w:t>Maybe that’s why I love the rain.</w:t>
      </w:r>
    </w:p>
    <w:p>
      <w:r>
        <w:t>It reminds me that even the heaviest skies eventually make room for light.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